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0F5E58"/>
          <w:sz w:val="36"/>
          <w:rtl/>
          <w:szCs w:val="36"/>
          <w:bCs/>
        </w:rPr>
        <w:t>🃏 קלפי שיח ליסודי – מדריך למורה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חפיסה לשיחה אישית: 36 שאלות ב־6 צבעים, כרטיס דילוג, ״תורי לשאול״ ו״מזג האוויר שלי״ · גרסה רגילה, לעולים ולחנ״מ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🎯 למה קלפים?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קלף שנשלף מהחפיסה מוריד לחץ: השאלה ״באה מהקלף״ ולא מהמורה. הצבעים מזמינים לבחור, סימון העומק עוזר להתחיל בקליל ולהעמיק רק כשיש אמון, וכרטיס הדילוג וכרטיס ״תורי לשאול״ אומרים לתלמיד/ה: את/ה שותף/ה שווה בשיחה.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⏱️ שיחה של 15 דקות</w:t>
      </w:r>
    </w:p>
    <w:p>
      <w:pPr>
        <w:bidi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2 דק׳ – פתיחה:</w:t>
      </w:r>
      <w:r>
        <w:rPr>
          <w:rFonts w:ascii="Arial" w:hAnsi="Arial" w:cs="Arial"/>
          <w:b w:val="0"/>
          <w:sz w:val="22"/>
          <w:rtl/>
          <w:szCs w:val="22"/>
        </w:rPr>
        <w:t xml:space="preserve"> קלף ״מזג האוויר שלי״ + הסבר קצר: ״יש לך שני כרטיסי דילוג. מותר להשתמש בהם בלי להסביר.״ אומרים כבר עכשיו את גבולות הסודיות.</w:t>
      </w:r>
    </w:p>
    <w:p>
      <w:pPr>
        <w:bidi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8 דק׳ – קלפים:</w:t>
      </w:r>
      <w:r>
        <w:rPr>
          <w:rFonts w:ascii="Arial" w:hAnsi="Arial" w:cs="Arial"/>
          <w:b w:val="0"/>
          <w:sz w:val="22"/>
          <w:rtl/>
          <w:szCs w:val="22"/>
        </w:rPr>
        <w:t xml:space="preserve"> 3–5 קלפים. מתחילים בקליל (נקודה אחת), עוברים לבאמצע (שתיים), ולעמוק (שלוש) רק אם זה מרגיש נכון. אחרי כל 2–3 קלפים – ״תורי לשאול״.</w:t>
      </w:r>
    </w:p>
    <w:p>
      <w:pPr>
        <w:bidi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3 דק׳ – חוזקות:</w:t>
      </w:r>
      <w:r>
        <w:rPr>
          <w:rFonts w:ascii="Arial" w:hAnsi="Arial" w:cs="Arial"/>
          <w:b w:val="0"/>
          <w:sz w:val="22"/>
          <w:rtl/>
          <w:szCs w:val="22"/>
        </w:rPr>
        <w:t xml:space="preserve"> משקפים חוזקה אחת ששמעתם: ״שמתי לב ש…״.</w:t>
      </w:r>
    </w:p>
    <w:p>
      <w:pPr>
        <w:bidi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2 דק׳ – סיום:</w:t>
      </w:r>
      <w:r>
        <w:rPr>
          <w:rFonts w:ascii="Arial" w:hAnsi="Arial" w:cs="Arial"/>
          <w:b w:val="0"/>
          <w:sz w:val="22"/>
          <w:rtl/>
          <w:szCs w:val="22"/>
        </w:rPr>
        <w:t xml:space="preserve"> קלף 👣 ״צעד קטן״, תודה, וקובעים מתי מדברים שוב.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📌 איך מפעילים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מדפיסים דו־צדדית (היפוך בצד הארוך) על דף עבה וגוזרים, או שולפים יחד מהאתר.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התלמיד/ה בוחר/ת צבע, המורה שולף/ת קלף מהצבע.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מקשיבים יותר משואלים. משקפים: ״שמעתי ש…״, ״נשמע ש…״. לא מתקנים ולא שופטים.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שאלה אחת טובה והקשבה שוות יותר מחמישה קלפים. בשיחה הראשונה – בעיקר קלפים קלילים ובאמצע.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ב״תורי לשאול״ המורה עונה בקצרה ובכנות, בלי לשתף יותר מדי.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שני קלפים ריקים ״קלף משלנו״ – לשאלות שהתלמיד/ה או המורה ממציאים.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לא כותבים את התשובות על הקלפים ולא מצלמים. מה שחשוב למעקב נכנס לסיכום השיחה, בראשי תיבות.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🟢 עם תלמידים עולים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בחפיסה לעולים השאלות בניקוד ובמילים פשוטות, עם מאגר מילים ותמונות על כל קלף.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מותר לענות במילה אחת, בציור, בתנועה או בשפת האם, ולהצביע על מילה מהמאגר.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מדברים לאט, חוזרים על מילות המפתח ומחמיאים על כל ניסיון בעברית.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🧩 בחינוך המיוחד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באתר: מצב ״חנ״מ״ – תמונה גדולה ותשובות בתמונות. בהדפסה: החפיסה לעולים מתאימה גם כאן.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המורה קורא/ת בקול, התלמיד/ה מצביע/ה. 2–3 קלפים קלילים בכל פעם, באותו מקום ובאותה שגרה.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• ״משהו אחר״ ו״לא עכשיו״ תמיד תשובות טובות.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🧭 גש״ר מאח״ד בקלפים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כל צבע נוגע בערוץ התמודדות אחר. כשתלמיד/ה עונה בהרחבה ובהנאה בצבע מסוים, זה רמז לערוץ החזק שלו/ה – שווה לחזור אליו ברגע קשה.</w:t>
      </w:r>
    </w:p>
    <w:p>
      <w:pPr>
        <w:bidi/>
        <w:jc w:val="right"/>
      </w:pPr>
      <w:r>
        <w:rPr>
          <w:rFonts w:ascii="Arial" w:hAnsi="Arial" w:cs="Arial"/>
          <w:b/>
          <w:color w:val="2F9E5D"/>
          <w:sz w:val="22"/>
          <w:rtl/>
          <w:szCs w:val="22"/>
          <w:bCs/>
        </w:rPr>
        <w:t>🌱 קצת עליי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אמונה וערכים</w:t>
      </w:r>
    </w:p>
    <w:p>
      <w:pPr>
        <w:bidi/>
        <w:jc w:val="right"/>
      </w:pPr>
      <w:r>
        <w:rPr>
          <w:rFonts w:ascii="Arial" w:hAnsi="Arial" w:cs="Arial"/>
          <w:b/>
          <w:color w:val="E07A10"/>
          <w:sz w:val="22"/>
          <w:rtl/>
          <w:szCs w:val="22"/>
          <w:bCs/>
        </w:rPr>
        <w:t>🎈 מה עושה לי טוב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גוף</w:t>
      </w:r>
    </w:p>
    <w:p>
      <w:pPr>
        <w:bidi/>
        <w:jc w:val="right"/>
      </w:pPr>
      <w:r>
        <w:rPr>
          <w:rFonts w:ascii="Arial" w:hAnsi="Arial" w:cs="Arial"/>
          <w:b/>
          <w:color w:val="2F7DD1"/>
          <w:sz w:val="22"/>
          <w:rtl/>
          <w:szCs w:val="22"/>
          <w:bCs/>
        </w:rPr>
        <w:t>🤝 חברים ואני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חברה</w:t>
      </w:r>
    </w:p>
    <w:p>
      <w:pPr>
        <w:bidi/>
        <w:jc w:val="right"/>
      </w:pPr>
      <w:r>
        <w:rPr>
          <w:rFonts w:ascii="Arial" w:hAnsi="Arial" w:cs="Arial"/>
          <w:b/>
          <w:color w:val="8A4FD0"/>
          <w:sz w:val="22"/>
          <w:rtl/>
          <w:szCs w:val="22"/>
          <w:bCs/>
        </w:rPr>
        <w:t>🏫 אני בכיתה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שכל</w:t>
      </w:r>
    </w:p>
    <w:p>
      <w:pPr>
        <w:bidi/>
        <w:jc w:val="right"/>
      </w:pPr>
      <w:r>
        <w:rPr>
          <w:rFonts w:ascii="Arial" w:hAnsi="Arial" w:cs="Arial"/>
          <w:b/>
          <w:color w:val="12898B"/>
          <w:sz w:val="22"/>
          <w:rtl/>
          <w:szCs w:val="22"/>
          <w:bCs/>
        </w:rPr>
        <w:t>🌦️ מזג האוויר בלב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רגש</w:t>
      </w:r>
    </w:p>
    <w:p>
      <w:pPr>
        <w:bidi/>
        <w:jc w:val="right"/>
      </w:pPr>
      <w:r>
        <w:rPr>
          <w:rFonts w:ascii="Arial" w:hAnsi="Arial" w:cs="Arial"/>
          <w:b/>
          <w:color w:val="D6457C"/>
          <w:sz w:val="22"/>
          <w:rtl/>
          <w:szCs w:val="22"/>
          <w:bCs/>
        </w:rPr>
        <w:t>🚀 חולמים קדימה</w:t>
      </w:r>
      <w:r>
        <w:rPr>
          <w:rFonts w:ascii="Arial" w:hAnsi="Arial" w:cs="Arial"/>
          <w:b w:val="0"/>
          <w:sz w:val="22"/>
          <w:rtl/>
          <w:szCs w:val="22"/>
        </w:rPr>
        <w:t xml:space="preserve"> – ערוץ דמיון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🌬️ כשעולה רגש חזק – עש״ן ד״ק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בחפיסה יש קלף ״עוצרים רגע״. עוצרים יחד: עצור · שרירים (מכווצים אגרופים ומשחררים) · נשימה איטית · דיבור פנימי (״אני בסדר, אני מתמודד/ת״) · קדימה – ממשיכים, או עוברים לקלף קליל.</w:t>
      </w:r>
    </w:p>
    <w:p>
      <w:pPr>
        <w:bidi/>
        <w:spacing w:before="160"/>
        <w:jc w:val="right"/>
      </w:pPr>
      <w:r>
        <w:rPr>
          <w:rFonts w:ascii="Arial" w:hAnsi="Arial" w:cs="Arial"/>
          <w:b/>
          <w:color w:val="0F5E58"/>
          <w:sz w:val="26"/>
          <w:rtl/>
          <w:szCs w:val="26"/>
          <w:bCs/>
        </w:rPr>
        <w:t>🧡 חשוב: תמיכה, לא טיפול</w:t>
      </w:r>
    </w:p>
    <w:p>
      <w:pPr>
        <w:bidi/>
        <w:jc w:val="right"/>
      </w:pPr>
      <w:r>
        <w:rPr>
          <w:rFonts w:ascii="Arial" w:hAnsi="Arial" w:cs="Arial"/>
          <w:b w:val="0"/>
          <w:sz w:val="22"/>
          <w:rtl/>
          <w:szCs w:val="22"/>
        </w:rPr>
        <w:t>הקלפים הם כלי לשיחה ולהיכרות, לא כלי אבחון או טיפול. אומרים מראש: ״מה שנדבר נשאר בינינו, חוץ ממצב שבו אדאג לבטיחות שלך או של מישהו אחר.״ כל דאגה – פגיעה, סכנה, מצוקה שנמשכת – עוברת ליועצת באותו יום, לפי נוהלי בית הספר.</w:t>
      </w:r>
    </w:p>
    <w:p>
      <w:pPr>
        <w:bidi/>
        <w:spacing w:before="240"/>
        <w:jc w:val="right"/>
      </w:pPr>
      <w:r>
        <w:rPr>
          <w:rFonts w:ascii="Arial" w:hAnsi="Arial" w:cs="Arial"/>
          <w:b w:val="0"/>
          <w:color w:val="555555"/>
          <w:sz w:val="18"/>
          <w:rtl/>
          <w:szCs w:val="18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