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 w:val="0"/>
          <w:color w:val="666666"/>
          <w:sz w:val="16"/>
          <w:rtl/>
          <w:szCs w:val="16"/>
        </w:rPr>
        <w:t>קלפי שיח ליסודי · דף 1 מתוך 5 – חזית · הדפסה דו־צדדית, היפוך בצד הארוך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jc w:val="center"/>
      </w:tblPr>
      <w:tblGrid>
        <w:gridCol w:w="3591"/>
        <w:gridCol w:w="3591"/>
        <w:gridCol w:w="3591"/>
      </w:tblGrid>
      <w:tr>
        <w:trPr>
          <w:trHeight w:val="4989" w:hRule="exact"/>
        </w:trPr>
        <w:tc>
          <w:tcPr>
            <w:tcW w:type="dxa" w:w="3572"/>
            <w:vAlign w:val="top"/>
            <w:shd w:val="clear" w:color="auto" w:fill="e8f6ed"/>
            <w:tcBorders>
              <w:top w:val="single" w:sz="24" w:color="2f9e5d"/>
              <w:left w:val="single" w:sz="24" w:color="2f9e5d"/>
              <w:bottom w:val="single" w:sz="24" w:color="2f9e5d"/>
              <w:right w:val="single" w:sz="24" w:color="2f9e5d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9E5D"/>
                <w:sz w:val="20"/>
                <w:rtl/>
                <w:szCs w:val="20"/>
                <w:bCs/>
              </w:rPr>
              <w:t>🌱 קצת עליי  ·  ●○○ קליל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🐾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אם היית חיה, איזו חיה היית? ולמה דווקא היא?</w:t>
            </w:r>
          </w:p>
        </w:tc>
        <w:tc>
          <w:tcPr>
            <w:tcW w:type="dxa" w:w="3572"/>
            <w:vAlign w:val="top"/>
            <w:shd w:val="clear" w:color="auto" w:fill="e8f6ed"/>
            <w:tcBorders>
              <w:top w:val="single" w:sz="24" w:color="2f9e5d"/>
              <w:left w:val="single" w:sz="24" w:color="2f9e5d"/>
              <w:bottom w:val="single" w:sz="24" w:color="2f9e5d"/>
              <w:right w:val="single" w:sz="24" w:color="2f9e5d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9E5D"/>
                <w:sz w:val="20"/>
                <w:rtl/>
                <w:szCs w:val="20"/>
                <w:bCs/>
              </w:rPr>
              <w:t>🌱 קצת עליי  ·  ●○○ קליל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😋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המאכל הכי טעים לך בעולם? מי מכין אותו הכי טוב?</w:t>
            </w:r>
          </w:p>
        </w:tc>
        <w:tc>
          <w:tcPr>
            <w:tcW w:type="dxa" w:w="3572"/>
            <w:vAlign w:val="top"/>
            <w:shd w:val="clear" w:color="auto" w:fill="e8f6ed"/>
            <w:tcBorders>
              <w:top w:val="single" w:sz="24" w:color="2f9e5d"/>
              <w:left w:val="single" w:sz="24" w:color="2f9e5d"/>
              <w:bottom w:val="single" w:sz="24" w:color="2f9e5d"/>
              <w:right w:val="single" w:sz="24" w:color="2f9e5d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9E5D"/>
                <w:sz w:val="20"/>
                <w:rtl/>
                <w:szCs w:val="20"/>
                <w:bCs/>
              </w:rPr>
              <w:t>🌱 קצת עליי  ·  ●●○ באמצע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⭐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יוצא לך טוב, שאולי לא כולם בכיתה יודעים עליו?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shd w:val="clear" w:color="auto" w:fill="e8f6ed"/>
            <w:tcBorders>
              <w:top w:val="single" w:sz="24" w:color="2f9e5d"/>
              <w:left w:val="single" w:sz="24" w:color="2f9e5d"/>
              <w:bottom w:val="single" w:sz="24" w:color="2f9e5d"/>
              <w:right w:val="single" w:sz="24" w:color="2f9e5d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9E5D"/>
                <w:sz w:val="20"/>
                <w:rtl/>
                <w:szCs w:val="20"/>
                <w:bCs/>
              </w:rPr>
              <w:t>🌱 קצת עליי  ·  ●●○ באמצע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🏠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איזה מקום בבית או בשכונה הוא הכי ״שלך״? מה יש בו?</w:t>
            </w:r>
          </w:p>
        </w:tc>
        <w:tc>
          <w:tcPr>
            <w:tcW w:type="dxa" w:w="3572"/>
            <w:vAlign w:val="top"/>
            <w:shd w:val="clear" w:color="auto" w:fill="e8f6ed"/>
            <w:tcBorders>
              <w:top w:val="single" w:sz="24" w:color="2f9e5d"/>
              <w:left w:val="single" w:sz="24" w:color="2f9e5d"/>
              <w:bottom w:val="single" w:sz="24" w:color="2f9e5d"/>
              <w:right w:val="single" w:sz="24" w:color="2f9e5d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9E5D"/>
                <w:sz w:val="20"/>
                <w:rtl/>
                <w:szCs w:val="20"/>
                <w:bCs/>
              </w:rPr>
              <w:t>🌱 קצת עליי  ·  ●●● עמוק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💎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הדבר שהכי חשוב לך בחיים? למה דווקא הוא?</w:t>
            </w:r>
          </w:p>
        </w:tc>
        <w:tc>
          <w:tcPr>
            <w:tcW w:type="dxa" w:w="3572"/>
            <w:vAlign w:val="top"/>
            <w:shd w:val="clear" w:color="auto" w:fill="e8f6ed"/>
            <w:tcBorders>
              <w:top w:val="single" w:sz="24" w:color="2f9e5d"/>
              <w:left w:val="single" w:sz="24" w:color="2f9e5d"/>
              <w:bottom w:val="single" w:sz="24" w:color="2f9e5d"/>
              <w:right w:val="single" w:sz="24" w:color="2f9e5d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9E5D"/>
                <w:sz w:val="20"/>
                <w:rtl/>
                <w:szCs w:val="20"/>
                <w:bCs/>
              </w:rPr>
              <w:t>🌱 קצת עליי  ·  ●●● עמוק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🎁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היית רוצה שאנשים יידעו עליך, שעוד לא סיפרת להם?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shd w:val="clear" w:color="auto" w:fill="fdf0e2"/>
            <w:tcBorders>
              <w:top w:val="single" w:sz="24" w:color="e07a10"/>
              <w:left w:val="single" w:sz="24" w:color="e07a10"/>
              <w:bottom w:val="single" w:sz="24" w:color="e07a10"/>
              <w:right w:val="single" w:sz="24" w:color="e07a10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7A10"/>
                <w:sz w:val="20"/>
                <w:rtl/>
                <w:szCs w:val="20"/>
                <w:bCs/>
              </w:rPr>
              <w:t>🎈 מה עושה לי טוב  ·  ●○○ קליל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🛝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הכי כיף לך לעשות אחרי בית הספר?</w:t>
            </w:r>
          </w:p>
        </w:tc>
        <w:tc>
          <w:tcPr>
            <w:tcW w:type="dxa" w:w="3572"/>
            <w:vAlign w:val="top"/>
            <w:shd w:val="clear" w:color="auto" w:fill="fdf0e2"/>
            <w:tcBorders>
              <w:top w:val="single" w:sz="24" w:color="e07a10"/>
              <w:left w:val="single" w:sz="24" w:color="e07a10"/>
              <w:bottom w:val="single" w:sz="24" w:color="e07a10"/>
              <w:right w:val="single" w:sz="24" w:color="e07a10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7A10"/>
                <w:sz w:val="20"/>
                <w:rtl/>
                <w:szCs w:val="20"/>
                <w:bCs/>
              </w:rPr>
              <w:t>🎈 מה עושה לי טוב  ·  ●○○ קליל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🎲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איזה משחק, שיר או ספר לא נמאס לך אף פעם?</w:t>
            </w:r>
          </w:p>
        </w:tc>
        <w:tc>
          <w:tcPr>
            <w:tcW w:type="dxa" w:w="3572"/>
            <w:vAlign w:val="top"/>
            <w:shd w:val="clear" w:color="auto" w:fill="fdf0e2"/>
            <w:tcBorders>
              <w:top w:val="single" w:sz="24" w:color="e07a10"/>
              <w:left w:val="single" w:sz="24" w:color="e07a10"/>
              <w:bottom w:val="single" w:sz="24" w:color="e07a10"/>
              <w:right w:val="single" w:sz="24" w:color="e07a10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7A10"/>
                <w:sz w:val="20"/>
                <w:rtl/>
                <w:szCs w:val="20"/>
                <w:bCs/>
              </w:rPr>
              <w:t>🎈 מה עושה לי טוב  ·  ●●○ באמצע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🎉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ספר/י על יום אחד שהיה ממש כיף. מה הפך אותו לכזה?</w:t>
            </w:r>
          </w:p>
        </w:tc>
      </w:tr>
    </w:tbl>
    <w:p>
      <w:r>
        <w:br w:type="page"/>
      </w:r>
    </w:p>
    <w:p>
      <w:pPr>
        <w:bidi/>
        <w:jc w:val="right"/>
      </w:pPr>
      <w:r>
        <w:rPr>
          <w:rFonts w:ascii="Arial" w:hAnsi="Arial" w:cs="Arial"/>
          <w:b w:val="0"/>
          <w:color w:val="666666"/>
          <w:sz w:val="16"/>
          <w:rtl/>
          <w:szCs w:val="16"/>
        </w:rPr>
        <w:t>דף 1 – גב (דיו חסכונית)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</w:tblPr>
      <w:tblGrid>
        <w:gridCol w:w="3591"/>
        <w:gridCol w:w="3591"/>
        <w:gridCol w:w="3591"/>
      </w:tblGrid>
      <w:tr>
        <w:trPr>
          <w:trHeight w:val="4989" w:hRule="exact"/>
        </w:trPr>
        <w:tc>
          <w:tcPr>
            <w:tcW w:type="dxa" w:w="3572"/>
            <w:vAlign w:val="top"/>
            <w:tcBorders>
              <w:top w:val="single" w:sz="8" w:color="2f9e5d"/>
              <w:left w:val="single" w:sz="8" w:color="2f9e5d"/>
              <w:bottom w:val="single" w:sz="8" w:color="2f9e5d"/>
              <w:right w:val="single" w:sz="8" w:color="2f9e5d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🌱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9E5D"/>
                <w:sz w:val="30"/>
                <w:rtl/>
                <w:szCs w:val="30"/>
                <w:bCs/>
              </w:rPr>
              <w:t>קצת עליי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2f9e5d"/>
              <w:left w:val="single" w:sz="8" w:color="2f9e5d"/>
              <w:bottom w:val="single" w:sz="8" w:color="2f9e5d"/>
              <w:right w:val="single" w:sz="8" w:color="2f9e5d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🌱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9E5D"/>
                <w:sz w:val="30"/>
                <w:rtl/>
                <w:szCs w:val="30"/>
                <w:bCs/>
              </w:rPr>
              <w:t>קצת עליי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2f9e5d"/>
              <w:left w:val="single" w:sz="8" w:color="2f9e5d"/>
              <w:bottom w:val="single" w:sz="8" w:color="2f9e5d"/>
              <w:right w:val="single" w:sz="8" w:color="2f9e5d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🌱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9E5D"/>
                <w:sz w:val="30"/>
                <w:rtl/>
                <w:szCs w:val="30"/>
                <w:bCs/>
              </w:rPr>
              <w:t>קצת עליי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tcBorders>
              <w:top w:val="single" w:sz="8" w:color="2f9e5d"/>
              <w:left w:val="single" w:sz="8" w:color="2f9e5d"/>
              <w:bottom w:val="single" w:sz="8" w:color="2f9e5d"/>
              <w:right w:val="single" w:sz="8" w:color="2f9e5d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🌱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9E5D"/>
                <w:sz w:val="30"/>
                <w:rtl/>
                <w:szCs w:val="30"/>
                <w:bCs/>
              </w:rPr>
              <w:t>קצת עליי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2f9e5d"/>
              <w:left w:val="single" w:sz="8" w:color="2f9e5d"/>
              <w:bottom w:val="single" w:sz="8" w:color="2f9e5d"/>
              <w:right w:val="single" w:sz="8" w:color="2f9e5d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🌱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9E5D"/>
                <w:sz w:val="30"/>
                <w:rtl/>
                <w:szCs w:val="30"/>
                <w:bCs/>
              </w:rPr>
              <w:t>קצת עליי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2f9e5d"/>
              <w:left w:val="single" w:sz="8" w:color="2f9e5d"/>
              <w:bottom w:val="single" w:sz="8" w:color="2f9e5d"/>
              <w:right w:val="single" w:sz="8" w:color="2f9e5d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🌱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9E5D"/>
                <w:sz w:val="30"/>
                <w:rtl/>
                <w:szCs w:val="30"/>
                <w:bCs/>
              </w:rPr>
              <w:t>קצת עליי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tcBorders>
              <w:top w:val="single" w:sz="8" w:color="e07a10"/>
              <w:left w:val="single" w:sz="8" w:color="e07a10"/>
              <w:bottom w:val="single" w:sz="8" w:color="e07a10"/>
              <w:right w:val="single" w:sz="8" w:color="e07a10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🎈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7A10"/>
                <w:sz w:val="30"/>
                <w:rtl/>
                <w:szCs w:val="30"/>
                <w:bCs/>
              </w:rPr>
              <w:t>מה עושה לי טוב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e07a10"/>
              <w:left w:val="single" w:sz="8" w:color="e07a10"/>
              <w:bottom w:val="single" w:sz="8" w:color="e07a10"/>
              <w:right w:val="single" w:sz="8" w:color="e07a10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🎈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7A10"/>
                <w:sz w:val="30"/>
                <w:rtl/>
                <w:szCs w:val="30"/>
                <w:bCs/>
              </w:rPr>
              <w:t>מה עושה לי טוב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e07a10"/>
              <w:left w:val="single" w:sz="8" w:color="e07a10"/>
              <w:bottom w:val="single" w:sz="8" w:color="e07a10"/>
              <w:right w:val="single" w:sz="8" w:color="e07a10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🎈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7A10"/>
                <w:sz w:val="30"/>
                <w:rtl/>
                <w:szCs w:val="30"/>
                <w:bCs/>
              </w:rPr>
              <w:t>מה עושה לי טוב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</w:tr>
    </w:tbl>
    <w:p>
      <w:r>
        <w:br w:type="page"/>
      </w:r>
    </w:p>
    <w:p>
      <w:pPr>
        <w:bidi/>
        <w:jc w:val="right"/>
      </w:pPr>
      <w:r>
        <w:rPr>
          <w:rFonts w:ascii="Arial" w:hAnsi="Arial" w:cs="Arial"/>
          <w:b w:val="0"/>
          <w:color w:val="666666"/>
          <w:sz w:val="16"/>
          <w:rtl/>
          <w:szCs w:val="16"/>
        </w:rPr>
        <w:t>קלפי שיח ליסודי · דף 2 מתוך 5 – חזית · הדפסה דו־צדדית, היפוך בצד הארוך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jc w:val="center"/>
      </w:tblPr>
      <w:tblGrid>
        <w:gridCol w:w="3591"/>
        <w:gridCol w:w="3591"/>
        <w:gridCol w:w="3591"/>
      </w:tblGrid>
      <w:tr>
        <w:trPr>
          <w:trHeight w:val="4989" w:hRule="exact"/>
        </w:trPr>
        <w:tc>
          <w:tcPr>
            <w:tcW w:type="dxa" w:w="3572"/>
            <w:vAlign w:val="top"/>
            <w:shd w:val="clear" w:color="auto" w:fill="fdf0e2"/>
            <w:tcBorders>
              <w:top w:val="single" w:sz="24" w:color="e07a10"/>
              <w:left w:val="single" w:sz="24" w:color="e07a10"/>
              <w:bottom w:val="single" w:sz="24" w:color="e07a10"/>
              <w:right w:val="single" w:sz="24" w:color="e07a10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7A10"/>
                <w:sz w:val="20"/>
                <w:rtl/>
                <w:szCs w:val="20"/>
                <w:bCs/>
              </w:rPr>
              <w:t>🎈 מה עושה לי טוב  ·  ●●○ באמצע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🫧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עוזר לך להירגע כשקשה? מוזיקה, תנועה, חיבוק, ציור, משהו אחר?</w:t>
            </w:r>
          </w:p>
        </w:tc>
        <w:tc>
          <w:tcPr>
            <w:tcW w:type="dxa" w:w="3572"/>
            <w:vAlign w:val="top"/>
            <w:shd w:val="clear" w:color="auto" w:fill="fdf0e2"/>
            <w:tcBorders>
              <w:top w:val="single" w:sz="24" w:color="e07a10"/>
              <w:left w:val="single" w:sz="24" w:color="e07a10"/>
              <w:bottom w:val="single" w:sz="24" w:color="e07a10"/>
              <w:right w:val="single" w:sz="24" w:color="e07a10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7A10"/>
                <w:sz w:val="20"/>
                <w:rtl/>
                <w:szCs w:val="20"/>
                <w:bCs/>
              </w:rPr>
              <w:t>🎈 מה עושה לי טוב  ·  ●●● עמוק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🏆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מתי בפעם האחרונה הרגשת גאווה בעצמך? מה עשית?</w:t>
            </w:r>
          </w:p>
        </w:tc>
        <w:tc>
          <w:tcPr>
            <w:tcW w:type="dxa" w:w="3572"/>
            <w:vAlign w:val="top"/>
            <w:shd w:val="clear" w:color="auto" w:fill="fdf0e2"/>
            <w:tcBorders>
              <w:top w:val="single" w:sz="24" w:color="e07a10"/>
              <w:left w:val="single" w:sz="24" w:color="e07a10"/>
              <w:bottom w:val="single" w:sz="24" w:color="e07a10"/>
              <w:right w:val="single" w:sz="24" w:color="e07a10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7A10"/>
                <w:sz w:val="20"/>
                <w:rtl/>
                <w:szCs w:val="20"/>
                <w:bCs/>
              </w:rPr>
              <w:t>🎈 מה עושה לי טוב  ·  ●●● עמוק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💛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עם מי הכי טוב לך להיות? מה האדם הזה עושה שעושה לך טוב?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shd w:val="clear" w:color="auto" w:fill="e7f0fb"/>
            <w:tcBorders>
              <w:top w:val="single" w:sz="24" w:color="2f7dd1"/>
              <w:left w:val="single" w:sz="24" w:color="2f7dd1"/>
              <w:bottom w:val="single" w:sz="24" w:color="2f7dd1"/>
              <w:right w:val="single" w:sz="24" w:color="2f7dd1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7DD1"/>
                <w:sz w:val="20"/>
                <w:rtl/>
                <w:szCs w:val="20"/>
                <w:bCs/>
              </w:rPr>
              <w:t>🤝 חברים ואני  ·  ●○○ קליל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🏃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הכי כיף לעשות עם חברים בהפסקה?</w:t>
            </w:r>
          </w:p>
        </w:tc>
        <w:tc>
          <w:tcPr>
            <w:tcW w:type="dxa" w:w="3572"/>
            <w:vAlign w:val="top"/>
            <w:shd w:val="clear" w:color="auto" w:fill="e7f0fb"/>
            <w:tcBorders>
              <w:top w:val="single" w:sz="24" w:color="2f7dd1"/>
              <w:left w:val="single" w:sz="24" w:color="2f7dd1"/>
              <w:bottom w:val="single" w:sz="24" w:color="2f7dd1"/>
              <w:right w:val="single" w:sz="24" w:color="2f7dd1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7DD1"/>
                <w:sz w:val="20"/>
                <w:rtl/>
                <w:szCs w:val="20"/>
                <w:bCs/>
              </w:rPr>
              <w:t>🤝 חברים ואני  ·  ●○○ קליל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🌟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הופך מישהו לחבר טוב או לחברה טובה?</w:t>
            </w:r>
          </w:p>
        </w:tc>
        <w:tc>
          <w:tcPr>
            <w:tcW w:type="dxa" w:w="3572"/>
            <w:vAlign w:val="top"/>
            <w:shd w:val="clear" w:color="auto" w:fill="e7f0fb"/>
            <w:tcBorders>
              <w:top w:val="single" w:sz="24" w:color="2f7dd1"/>
              <w:left w:val="single" w:sz="24" w:color="2f7dd1"/>
              <w:bottom w:val="single" w:sz="24" w:color="2f7dd1"/>
              <w:right w:val="single" w:sz="24" w:color="2f7dd1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7DD1"/>
                <w:sz w:val="20"/>
                <w:rtl/>
                <w:szCs w:val="20"/>
                <w:bCs/>
              </w:rPr>
              <w:t>🤝 חברים ואני  ·  ●●○ באמצע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🫶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יש מישהו שתמיד אפשר לסמוך עליו? מה הוא או היא עושים?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shd w:val="clear" w:color="auto" w:fill="e7f0fb"/>
            <w:tcBorders>
              <w:top w:val="single" w:sz="24" w:color="2f7dd1"/>
              <w:left w:val="single" w:sz="24" w:color="2f7dd1"/>
              <w:bottom w:val="single" w:sz="24" w:color="2f7dd1"/>
              <w:right w:val="single" w:sz="24" w:color="2f7dd1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7DD1"/>
                <w:sz w:val="20"/>
                <w:rtl/>
                <w:szCs w:val="20"/>
                <w:bCs/>
              </w:rPr>
              <w:t>🤝 חברים ואני  ·  ●●○ באמצע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🌉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עושים אצלך אחרי ריב עם חבר או חברה? מה עוזר להשלים?</w:t>
            </w:r>
          </w:p>
        </w:tc>
        <w:tc>
          <w:tcPr>
            <w:tcW w:type="dxa" w:w="3572"/>
            <w:vAlign w:val="top"/>
            <w:shd w:val="clear" w:color="auto" w:fill="e7f0fb"/>
            <w:tcBorders>
              <w:top w:val="single" w:sz="24" w:color="2f7dd1"/>
              <w:left w:val="single" w:sz="24" w:color="2f7dd1"/>
              <w:bottom w:val="single" w:sz="24" w:color="2f7dd1"/>
              <w:right w:val="single" w:sz="24" w:color="2f7dd1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7DD1"/>
                <w:sz w:val="20"/>
                <w:rtl/>
                <w:szCs w:val="20"/>
                <w:bCs/>
              </w:rPr>
              <w:t>🤝 חברים ואני  ·  ●●● עמוק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🍃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היה פעם רגע שהרגשת לבד, גם כשהיו סביבך ילדים? מה היה יכול לעזור אז?</w:t>
            </w:r>
          </w:p>
        </w:tc>
        <w:tc>
          <w:tcPr>
            <w:tcW w:type="dxa" w:w="3572"/>
            <w:vAlign w:val="top"/>
            <w:shd w:val="clear" w:color="auto" w:fill="e7f0fb"/>
            <w:tcBorders>
              <w:top w:val="single" w:sz="24" w:color="2f7dd1"/>
              <w:left w:val="single" w:sz="24" w:color="2f7dd1"/>
              <w:bottom w:val="single" w:sz="24" w:color="2f7dd1"/>
              <w:right w:val="single" w:sz="24" w:color="2f7dd1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7DD1"/>
                <w:sz w:val="20"/>
                <w:rtl/>
                <w:szCs w:val="20"/>
                <w:bCs/>
              </w:rPr>
              <w:t>🤝 חברים ואני  ·  ●●● עמוק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🪄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אם אפשר היה לשנות דבר אחד בכיתה כדי שלכולם יהיה טוב יותר, מה היית משנה?</w:t>
            </w:r>
          </w:p>
        </w:tc>
      </w:tr>
    </w:tbl>
    <w:p>
      <w:r>
        <w:br w:type="page"/>
      </w:r>
    </w:p>
    <w:p>
      <w:pPr>
        <w:bidi/>
        <w:jc w:val="right"/>
      </w:pPr>
      <w:r>
        <w:rPr>
          <w:rFonts w:ascii="Arial" w:hAnsi="Arial" w:cs="Arial"/>
          <w:b w:val="0"/>
          <w:color w:val="666666"/>
          <w:sz w:val="16"/>
          <w:rtl/>
          <w:szCs w:val="16"/>
        </w:rPr>
        <w:t>דף 2 – גב (דיו חסכונית)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</w:tblPr>
      <w:tblGrid>
        <w:gridCol w:w="3591"/>
        <w:gridCol w:w="3591"/>
        <w:gridCol w:w="3591"/>
      </w:tblGrid>
      <w:tr>
        <w:trPr>
          <w:trHeight w:val="4989" w:hRule="exact"/>
        </w:trPr>
        <w:tc>
          <w:tcPr>
            <w:tcW w:type="dxa" w:w="3572"/>
            <w:vAlign w:val="top"/>
            <w:tcBorders>
              <w:top w:val="single" w:sz="8" w:color="e07a10"/>
              <w:left w:val="single" w:sz="8" w:color="e07a10"/>
              <w:bottom w:val="single" w:sz="8" w:color="e07a10"/>
              <w:right w:val="single" w:sz="8" w:color="e07a10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🎈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7A10"/>
                <w:sz w:val="30"/>
                <w:rtl/>
                <w:szCs w:val="30"/>
                <w:bCs/>
              </w:rPr>
              <w:t>מה עושה לי טוב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e07a10"/>
              <w:left w:val="single" w:sz="8" w:color="e07a10"/>
              <w:bottom w:val="single" w:sz="8" w:color="e07a10"/>
              <w:right w:val="single" w:sz="8" w:color="e07a10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🎈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7A10"/>
                <w:sz w:val="30"/>
                <w:rtl/>
                <w:szCs w:val="30"/>
                <w:bCs/>
              </w:rPr>
              <w:t>מה עושה לי טוב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e07a10"/>
              <w:left w:val="single" w:sz="8" w:color="e07a10"/>
              <w:bottom w:val="single" w:sz="8" w:color="e07a10"/>
              <w:right w:val="single" w:sz="8" w:color="e07a10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🎈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7A10"/>
                <w:sz w:val="30"/>
                <w:rtl/>
                <w:szCs w:val="30"/>
                <w:bCs/>
              </w:rPr>
              <w:t>מה עושה לי טוב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tcBorders>
              <w:top w:val="single" w:sz="8" w:color="2f7dd1"/>
              <w:left w:val="single" w:sz="8" w:color="2f7dd1"/>
              <w:bottom w:val="single" w:sz="8" w:color="2f7dd1"/>
              <w:right w:val="single" w:sz="8" w:color="2f7dd1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🤝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7DD1"/>
                <w:sz w:val="30"/>
                <w:rtl/>
                <w:szCs w:val="30"/>
                <w:bCs/>
              </w:rPr>
              <w:t>חברים ואני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2f7dd1"/>
              <w:left w:val="single" w:sz="8" w:color="2f7dd1"/>
              <w:bottom w:val="single" w:sz="8" w:color="2f7dd1"/>
              <w:right w:val="single" w:sz="8" w:color="2f7dd1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🤝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7DD1"/>
                <w:sz w:val="30"/>
                <w:rtl/>
                <w:szCs w:val="30"/>
                <w:bCs/>
              </w:rPr>
              <w:t>חברים ואני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2f7dd1"/>
              <w:left w:val="single" w:sz="8" w:color="2f7dd1"/>
              <w:bottom w:val="single" w:sz="8" w:color="2f7dd1"/>
              <w:right w:val="single" w:sz="8" w:color="2f7dd1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🤝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7DD1"/>
                <w:sz w:val="30"/>
                <w:rtl/>
                <w:szCs w:val="30"/>
                <w:bCs/>
              </w:rPr>
              <w:t>חברים ואני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tcBorders>
              <w:top w:val="single" w:sz="8" w:color="2f7dd1"/>
              <w:left w:val="single" w:sz="8" w:color="2f7dd1"/>
              <w:bottom w:val="single" w:sz="8" w:color="2f7dd1"/>
              <w:right w:val="single" w:sz="8" w:color="2f7dd1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🤝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7DD1"/>
                <w:sz w:val="30"/>
                <w:rtl/>
                <w:szCs w:val="30"/>
                <w:bCs/>
              </w:rPr>
              <w:t>חברים ואני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2f7dd1"/>
              <w:left w:val="single" w:sz="8" w:color="2f7dd1"/>
              <w:bottom w:val="single" w:sz="8" w:color="2f7dd1"/>
              <w:right w:val="single" w:sz="8" w:color="2f7dd1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🤝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7DD1"/>
                <w:sz w:val="30"/>
                <w:rtl/>
                <w:szCs w:val="30"/>
                <w:bCs/>
              </w:rPr>
              <w:t>חברים ואני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2f7dd1"/>
              <w:left w:val="single" w:sz="8" w:color="2f7dd1"/>
              <w:bottom w:val="single" w:sz="8" w:color="2f7dd1"/>
              <w:right w:val="single" w:sz="8" w:color="2f7dd1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🤝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7DD1"/>
                <w:sz w:val="30"/>
                <w:rtl/>
                <w:szCs w:val="30"/>
                <w:bCs/>
              </w:rPr>
              <w:t>חברים ואני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</w:tr>
    </w:tbl>
    <w:p>
      <w:r>
        <w:br w:type="page"/>
      </w:r>
    </w:p>
    <w:p>
      <w:pPr>
        <w:bidi/>
        <w:jc w:val="right"/>
      </w:pPr>
      <w:r>
        <w:rPr>
          <w:rFonts w:ascii="Arial" w:hAnsi="Arial" w:cs="Arial"/>
          <w:b w:val="0"/>
          <w:color w:val="666666"/>
          <w:sz w:val="16"/>
          <w:rtl/>
          <w:szCs w:val="16"/>
        </w:rPr>
        <w:t>קלפי שיח ליסודי · דף 3 מתוך 5 – חזית · הדפסה דו־צדדית, היפוך בצד הארוך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jc w:val="center"/>
      </w:tblPr>
      <w:tblGrid>
        <w:gridCol w:w="3591"/>
        <w:gridCol w:w="3591"/>
        <w:gridCol w:w="3591"/>
      </w:tblGrid>
      <w:tr>
        <w:trPr>
          <w:trHeight w:val="4989" w:hRule="exact"/>
        </w:trPr>
        <w:tc>
          <w:tcPr>
            <w:tcW w:type="dxa" w:w="3572"/>
            <w:vAlign w:val="top"/>
            <w:shd w:val="clear" w:color="auto" w:fill="f2eafb"/>
            <w:tcBorders>
              <w:top w:val="single" w:sz="24" w:color="8a4fd0"/>
              <w:left w:val="single" w:sz="24" w:color="8a4fd0"/>
              <w:bottom w:val="single" w:sz="24" w:color="8a4fd0"/>
              <w:right w:val="single" w:sz="24" w:color="8a4fd0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A4FD0"/>
                <w:sz w:val="20"/>
                <w:rtl/>
                <w:szCs w:val="20"/>
                <w:bCs/>
              </w:rPr>
              <w:t>🏫 אני בכיתה  ·  ●○○ קליל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📚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איזה שיעור או איזה זמן ביום הכי כיף לך?</w:t>
            </w:r>
          </w:p>
        </w:tc>
        <w:tc>
          <w:tcPr>
            <w:tcW w:type="dxa" w:w="3572"/>
            <w:vAlign w:val="top"/>
            <w:shd w:val="clear" w:color="auto" w:fill="f2eafb"/>
            <w:tcBorders>
              <w:top w:val="single" w:sz="24" w:color="8a4fd0"/>
              <w:left w:val="single" w:sz="24" w:color="8a4fd0"/>
              <w:bottom w:val="single" w:sz="24" w:color="8a4fd0"/>
              <w:right w:val="single" w:sz="24" w:color="8a4fd0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A4FD0"/>
                <w:sz w:val="20"/>
                <w:rtl/>
                <w:szCs w:val="20"/>
                <w:bCs/>
              </w:rPr>
              <w:t>🏫 אני בכיתה  ·  ●○○ קליל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🪑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איפה בכיתה הכי נוח לך לשבת? למה?</w:t>
            </w:r>
          </w:p>
        </w:tc>
        <w:tc>
          <w:tcPr>
            <w:tcW w:type="dxa" w:w="3572"/>
            <w:vAlign w:val="top"/>
            <w:shd w:val="clear" w:color="auto" w:fill="f2eafb"/>
            <w:tcBorders>
              <w:top w:val="single" w:sz="24" w:color="8a4fd0"/>
              <w:left w:val="single" w:sz="24" w:color="8a4fd0"/>
              <w:bottom w:val="single" w:sz="24" w:color="8a4fd0"/>
              <w:right w:val="single" w:sz="24" w:color="8a4fd0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A4FD0"/>
                <w:sz w:val="20"/>
                <w:rtl/>
                <w:szCs w:val="20"/>
                <w:bCs/>
              </w:rPr>
              <w:t>🏫 אני בכיתה  ·  ●●○ באמצע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🤩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למדת לאחרונה שגרם לך לחשוב ״וואו!״?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shd w:val="clear" w:color="auto" w:fill="f2eafb"/>
            <w:tcBorders>
              <w:top w:val="single" w:sz="24" w:color="8a4fd0"/>
              <w:left w:val="single" w:sz="24" w:color="8a4fd0"/>
              <w:bottom w:val="single" w:sz="24" w:color="8a4fd0"/>
              <w:right w:val="single" w:sz="24" w:color="8a4fd0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A4FD0"/>
                <w:sz w:val="20"/>
                <w:rtl/>
                <w:szCs w:val="20"/>
                <w:bCs/>
              </w:rPr>
              <w:t>🏫 אני בכיתה  ·  ●●○ באמצע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🎯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עוזר לך להתרכז וללמוד הכי טוב? ומה מפריע לך?</w:t>
            </w:r>
          </w:p>
        </w:tc>
        <w:tc>
          <w:tcPr>
            <w:tcW w:type="dxa" w:w="3572"/>
            <w:vAlign w:val="top"/>
            <w:shd w:val="clear" w:color="auto" w:fill="f2eafb"/>
            <w:tcBorders>
              <w:top w:val="single" w:sz="24" w:color="8a4fd0"/>
              <w:left w:val="single" w:sz="24" w:color="8a4fd0"/>
              <w:bottom w:val="single" w:sz="24" w:color="8a4fd0"/>
              <w:right w:val="single" w:sz="24" w:color="8a4fd0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A4FD0"/>
                <w:sz w:val="20"/>
                <w:rtl/>
                <w:szCs w:val="20"/>
                <w:bCs/>
              </w:rPr>
              <w:t>🏫 אני בכיתה  ·  ●●● עמוק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🧗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הכי קשה לך בבית הספר עכשיו? מה היה יכול לעזור?</w:t>
            </w:r>
          </w:p>
        </w:tc>
        <w:tc>
          <w:tcPr>
            <w:tcW w:type="dxa" w:w="3572"/>
            <w:vAlign w:val="top"/>
            <w:shd w:val="clear" w:color="auto" w:fill="f2eafb"/>
            <w:tcBorders>
              <w:top w:val="single" w:sz="24" w:color="8a4fd0"/>
              <w:left w:val="single" w:sz="24" w:color="8a4fd0"/>
              <w:bottom w:val="single" w:sz="24" w:color="8a4fd0"/>
              <w:right w:val="single" w:sz="24" w:color="8a4fd0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A4FD0"/>
                <w:sz w:val="20"/>
                <w:rtl/>
                <w:szCs w:val="20"/>
                <w:bCs/>
              </w:rPr>
              <w:t>🏫 אני בכיתה  ·  ●●● עמוק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🙋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אם היית יכול/ה לבקש מהמורה דבר אחד, מה היית מבקש/ת?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shd w:val="clear" w:color="auto" w:fill="e4f5f5"/>
            <w:tcBorders>
              <w:top w:val="single" w:sz="24" w:color="12898b"/>
              <w:left w:val="single" w:sz="24" w:color="12898b"/>
              <w:bottom w:val="single" w:sz="24" w:color="12898b"/>
              <w:right w:val="single" w:sz="24" w:color="12898b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12898B"/>
                <w:sz w:val="20"/>
                <w:rtl/>
                <w:szCs w:val="20"/>
                <w:bCs/>
              </w:rPr>
              <w:t>🌦️ מזג האוויר בלב  ·  ●○○ קליל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🌤️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אם הלב שלך היה מזג אוויר היום, מה היה בו?</w:t>
            </w:r>
          </w:p>
        </w:tc>
        <w:tc>
          <w:tcPr>
            <w:tcW w:type="dxa" w:w="3572"/>
            <w:vAlign w:val="top"/>
            <w:shd w:val="clear" w:color="auto" w:fill="e4f5f5"/>
            <w:tcBorders>
              <w:top w:val="single" w:sz="24" w:color="12898b"/>
              <w:left w:val="single" w:sz="24" w:color="12898b"/>
              <w:bottom w:val="single" w:sz="24" w:color="12898b"/>
              <w:right w:val="single" w:sz="24" w:color="12898b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12898B"/>
                <w:sz w:val="20"/>
                <w:rtl/>
                <w:szCs w:val="20"/>
                <w:bCs/>
              </w:rPr>
              <w:t>🌦️ מזג האוויר בלב  ·  ●○○ קליל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😄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גורם לך לחייך, גם ביום רגיל?</w:t>
            </w:r>
          </w:p>
        </w:tc>
        <w:tc>
          <w:tcPr>
            <w:tcW w:type="dxa" w:w="3572"/>
            <w:vAlign w:val="top"/>
            <w:shd w:val="clear" w:color="auto" w:fill="e4f5f5"/>
            <w:tcBorders>
              <w:top w:val="single" w:sz="24" w:color="12898b"/>
              <w:left w:val="single" w:sz="24" w:color="12898b"/>
              <w:bottom w:val="single" w:sz="24" w:color="12898b"/>
              <w:right w:val="single" w:sz="24" w:color="12898b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12898B"/>
                <w:sz w:val="20"/>
                <w:rtl/>
                <w:szCs w:val="20"/>
                <w:bCs/>
              </w:rPr>
              <w:t>🌦️ מזג האוויר בלב  ·  ●●○ באמצע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⛈️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עושה לך ״סערה״ בלב? ומה עוזר לסערה לעבור?</w:t>
            </w:r>
          </w:p>
        </w:tc>
      </w:tr>
    </w:tbl>
    <w:p>
      <w:r>
        <w:br w:type="page"/>
      </w:r>
    </w:p>
    <w:p>
      <w:pPr>
        <w:bidi/>
        <w:jc w:val="right"/>
      </w:pPr>
      <w:r>
        <w:rPr>
          <w:rFonts w:ascii="Arial" w:hAnsi="Arial" w:cs="Arial"/>
          <w:b w:val="0"/>
          <w:color w:val="666666"/>
          <w:sz w:val="16"/>
          <w:rtl/>
          <w:szCs w:val="16"/>
        </w:rPr>
        <w:t>דף 3 – גב (דיו חסכונית)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</w:tblPr>
      <w:tblGrid>
        <w:gridCol w:w="3591"/>
        <w:gridCol w:w="3591"/>
        <w:gridCol w:w="3591"/>
      </w:tblGrid>
      <w:tr>
        <w:trPr>
          <w:trHeight w:val="4989" w:hRule="exact"/>
        </w:trPr>
        <w:tc>
          <w:tcPr>
            <w:tcW w:type="dxa" w:w="3572"/>
            <w:vAlign w:val="top"/>
            <w:tcBorders>
              <w:top w:val="single" w:sz="8" w:color="8a4fd0"/>
              <w:left w:val="single" w:sz="8" w:color="8a4fd0"/>
              <w:bottom w:val="single" w:sz="8" w:color="8a4fd0"/>
              <w:right w:val="single" w:sz="8" w:color="8a4fd0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🏫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A4FD0"/>
                <w:sz w:val="30"/>
                <w:rtl/>
                <w:szCs w:val="30"/>
                <w:bCs/>
              </w:rPr>
              <w:t>אני בכיתה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8a4fd0"/>
              <w:left w:val="single" w:sz="8" w:color="8a4fd0"/>
              <w:bottom w:val="single" w:sz="8" w:color="8a4fd0"/>
              <w:right w:val="single" w:sz="8" w:color="8a4fd0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🏫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A4FD0"/>
                <w:sz w:val="30"/>
                <w:rtl/>
                <w:szCs w:val="30"/>
                <w:bCs/>
              </w:rPr>
              <w:t>אני בכיתה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8a4fd0"/>
              <w:left w:val="single" w:sz="8" w:color="8a4fd0"/>
              <w:bottom w:val="single" w:sz="8" w:color="8a4fd0"/>
              <w:right w:val="single" w:sz="8" w:color="8a4fd0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🏫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A4FD0"/>
                <w:sz w:val="30"/>
                <w:rtl/>
                <w:szCs w:val="30"/>
                <w:bCs/>
              </w:rPr>
              <w:t>אני בכיתה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tcBorders>
              <w:top w:val="single" w:sz="8" w:color="8a4fd0"/>
              <w:left w:val="single" w:sz="8" w:color="8a4fd0"/>
              <w:bottom w:val="single" w:sz="8" w:color="8a4fd0"/>
              <w:right w:val="single" w:sz="8" w:color="8a4fd0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🏫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A4FD0"/>
                <w:sz w:val="30"/>
                <w:rtl/>
                <w:szCs w:val="30"/>
                <w:bCs/>
              </w:rPr>
              <w:t>אני בכיתה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8a4fd0"/>
              <w:left w:val="single" w:sz="8" w:color="8a4fd0"/>
              <w:bottom w:val="single" w:sz="8" w:color="8a4fd0"/>
              <w:right w:val="single" w:sz="8" w:color="8a4fd0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🏫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A4FD0"/>
                <w:sz w:val="30"/>
                <w:rtl/>
                <w:szCs w:val="30"/>
                <w:bCs/>
              </w:rPr>
              <w:t>אני בכיתה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8a4fd0"/>
              <w:left w:val="single" w:sz="8" w:color="8a4fd0"/>
              <w:bottom w:val="single" w:sz="8" w:color="8a4fd0"/>
              <w:right w:val="single" w:sz="8" w:color="8a4fd0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🏫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A4FD0"/>
                <w:sz w:val="30"/>
                <w:rtl/>
                <w:szCs w:val="30"/>
                <w:bCs/>
              </w:rPr>
              <w:t>אני בכיתה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tcBorders>
              <w:top w:val="single" w:sz="8" w:color="12898b"/>
              <w:left w:val="single" w:sz="8" w:color="12898b"/>
              <w:bottom w:val="single" w:sz="8" w:color="12898b"/>
              <w:right w:val="single" w:sz="8" w:color="12898b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🌦️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12898B"/>
                <w:sz w:val="30"/>
                <w:rtl/>
                <w:szCs w:val="30"/>
                <w:bCs/>
              </w:rPr>
              <w:t>מזג האוויר בלב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12898b"/>
              <w:left w:val="single" w:sz="8" w:color="12898b"/>
              <w:bottom w:val="single" w:sz="8" w:color="12898b"/>
              <w:right w:val="single" w:sz="8" w:color="12898b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🌦️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12898B"/>
                <w:sz w:val="30"/>
                <w:rtl/>
                <w:szCs w:val="30"/>
                <w:bCs/>
              </w:rPr>
              <w:t>מזג האוויר בלב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12898b"/>
              <w:left w:val="single" w:sz="8" w:color="12898b"/>
              <w:bottom w:val="single" w:sz="8" w:color="12898b"/>
              <w:right w:val="single" w:sz="8" w:color="12898b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🌦️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12898B"/>
                <w:sz w:val="30"/>
                <w:rtl/>
                <w:szCs w:val="30"/>
                <w:bCs/>
              </w:rPr>
              <w:t>מזג האוויר בלב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</w:tr>
    </w:tbl>
    <w:p>
      <w:r>
        <w:br w:type="page"/>
      </w:r>
    </w:p>
    <w:p>
      <w:pPr>
        <w:bidi/>
        <w:jc w:val="right"/>
      </w:pPr>
      <w:r>
        <w:rPr>
          <w:rFonts w:ascii="Arial" w:hAnsi="Arial" w:cs="Arial"/>
          <w:b w:val="0"/>
          <w:color w:val="666666"/>
          <w:sz w:val="16"/>
          <w:rtl/>
          <w:szCs w:val="16"/>
        </w:rPr>
        <w:t>קלפי שיח ליסודי · דף 4 מתוך 5 – חזית · הדפסה דו־צדדית, היפוך בצד הארוך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jc w:val="center"/>
      </w:tblPr>
      <w:tblGrid>
        <w:gridCol w:w="3591"/>
        <w:gridCol w:w="3591"/>
        <w:gridCol w:w="3591"/>
      </w:tblGrid>
      <w:tr>
        <w:trPr>
          <w:trHeight w:val="4989" w:hRule="exact"/>
        </w:trPr>
        <w:tc>
          <w:tcPr>
            <w:tcW w:type="dxa" w:w="3572"/>
            <w:vAlign w:val="top"/>
            <w:shd w:val="clear" w:color="auto" w:fill="e4f5f5"/>
            <w:tcBorders>
              <w:top w:val="single" w:sz="24" w:color="12898b"/>
              <w:left w:val="single" w:sz="24" w:color="12898b"/>
              <w:bottom w:val="single" w:sz="24" w:color="12898b"/>
              <w:right w:val="single" w:sz="24" w:color="12898b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12898B"/>
                <w:sz w:val="20"/>
                <w:rtl/>
                <w:szCs w:val="20"/>
                <w:bCs/>
              </w:rPr>
              <w:t>🌦️ מזג האוויר בלב  ·  ●●○ באמצע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☂️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איך אפשר לדעת שעובר עליך יום לא קל? מה היית רוצה שיעשו אז?</w:t>
            </w:r>
          </w:p>
        </w:tc>
        <w:tc>
          <w:tcPr>
            <w:tcW w:type="dxa" w:w="3572"/>
            <w:vAlign w:val="top"/>
            <w:shd w:val="clear" w:color="auto" w:fill="e4f5f5"/>
            <w:tcBorders>
              <w:top w:val="single" w:sz="24" w:color="12898b"/>
              <w:left w:val="single" w:sz="24" w:color="12898b"/>
              <w:bottom w:val="single" w:sz="24" w:color="12898b"/>
              <w:right w:val="single" w:sz="24" w:color="12898b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12898B"/>
                <w:sz w:val="20"/>
                <w:rtl/>
                <w:szCs w:val="20"/>
                <w:bCs/>
              </w:rPr>
              <w:t>🌦️ מזג האוויר בלב  ·  ●●● עמוק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🌫️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מדאיג אותך בזמן האחרון, אפילו קצת?</w:t>
            </w:r>
          </w:p>
        </w:tc>
        <w:tc>
          <w:tcPr>
            <w:tcW w:type="dxa" w:w="3572"/>
            <w:vAlign w:val="top"/>
            <w:shd w:val="clear" w:color="auto" w:fill="e4f5f5"/>
            <w:tcBorders>
              <w:top w:val="single" w:sz="24" w:color="12898b"/>
              <w:left w:val="single" w:sz="24" w:color="12898b"/>
              <w:bottom w:val="single" w:sz="24" w:color="12898b"/>
              <w:right w:val="single" w:sz="24" w:color="12898b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12898B"/>
                <w:sz w:val="20"/>
                <w:rtl/>
                <w:szCs w:val="20"/>
                <w:bCs/>
              </w:rPr>
              <w:t>🌦️ מזג האוויר בלב  ·  ●●● עמוק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🌈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ספר/י על פעם שהיה לך קשה והצלחת לעבור את זה. מה עזר לך?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shd w:val="clear" w:color="auto" w:fill="fbe8ef"/>
            <w:tcBorders>
              <w:top w:val="single" w:sz="24" w:color="d6457c"/>
              <w:left w:val="single" w:sz="24" w:color="d6457c"/>
              <w:bottom w:val="single" w:sz="24" w:color="d6457c"/>
              <w:right w:val="single" w:sz="24" w:color="d6457c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D6457C"/>
                <w:sz w:val="20"/>
                <w:rtl/>
                <w:szCs w:val="20"/>
                <w:bCs/>
              </w:rPr>
              <w:t>🚀 חולמים קדימה  ·  ●○○ קליל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🦸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אם היה לך כוח־על אחד ליום אחד, מה הוא היה?</w:t>
            </w:r>
          </w:p>
        </w:tc>
        <w:tc>
          <w:tcPr>
            <w:tcW w:type="dxa" w:w="3572"/>
            <w:vAlign w:val="top"/>
            <w:shd w:val="clear" w:color="auto" w:fill="fbe8ef"/>
            <w:tcBorders>
              <w:top w:val="single" w:sz="24" w:color="d6457c"/>
              <w:left w:val="single" w:sz="24" w:color="d6457c"/>
              <w:bottom w:val="single" w:sz="24" w:color="d6457c"/>
              <w:right w:val="single" w:sz="24" w:color="d6457c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D6457C"/>
                <w:sz w:val="20"/>
                <w:rtl/>
                <w:szCs w:val="20"/>
                <w:bCs/>
              </w:rPr>
              <w:t>🚀 חולמים קדימה  ·  ●○○ קליל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🗺️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לאיזה מקום בעולם היית רוצה להגיע מחר בבוקר? מה היית עושה שם?</w:t>
            </w:r>
          </w:p>
        </w:tc>
        <w:tc>
          <w:tcPr>
            <w:tcW w:type="dxa" w:w="3572"/>
            <w:vAlign w:val="top"/>
            <w:shd w:val="clear" w:color="auto" w:fill="fbe8ef"/>
            <w:tcBorders>
              <w:top w:val="single" w:sz="24" w:color="d6457c"/>
              <w:left w:val="single" w:sz="24" w:color="d6457c"/>
              <w:bottom w:val="single" w:sz="24" w:color="d6457c"/>
              <w:right w:val="single" w:sz="24" w:color="d6457c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D6457C"/>
                <w:sz w:val="20"/>
                <w:rtl/>
                <w:szCs w:val="20"/>
                <w:bCs/>
              </w:rPr>
              <w:t>🚀 חולמים קדימה  ·  ●●○ באמצע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🔭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היית רוצה לעשות כשתגדל/י? מה מושך אותך בזה?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shd w:val="clear" w:color="auto" w:fill="fbe8ef"/>
            <w:tcBorders>
              <w:top w:val="single" w:sz="24" w:color="d6457c"/>
              <w:left w:val="single" w:sz="24" w:color="d6457c"/>
              <w:bottom w:val="single" w:sz="24" w:color="d6457c"/>
              <w:right w:val="single" w:sz="24" w:color="d6457c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D6457C"/>
                <w:sz w:val="20"/>
                <w:rtl/>
                <w:szCs w:val="20"/>
                <w:bCs/>
              </w:rPr>
              <w:t>🚀 חולמים קדימה  ·  ●●○ באמצע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🌱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היית רוצה ללמוד לעשות השנה?</w:t>
            </w:r>
          </w:p>
        </w:tc>
        <w:tc>
          <w:tcPr>
            <w:tcW w:type="dxa" w:w="3572"/>
            <w:vAlign w:val="top"/>
            <w:shd w:val="clear" w:color="auto" w:fill="fbe8ef"/>
            <w:tcBorders>
              <w:top w:val="single" w:sz="24" w:color="d6457c"/>
              <w:left w:val="single" w:sz="24" w:color="d6457c"/>
              <w:bottom w:val="single" w:sz="24" w:color="d6457c"/>
              <w:right w:val="single" w:sz="24" w:color="d6457c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D6457C"/>
                <w:sz w:val="20"/>
                <w:rtl/>
                <w:szCs w:val="20"/>
                <w:bCs/>
              </w:rPr>
              <w:t>🚀 חולמים קדימה  ·  ●●● עמוק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🌍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אם היית יכול/ה לשנות דבר אחד בעולם, מה היית משנה?</w:t>
            </w:r>
          </w:p>
        </w:tc>
        <w:tc>
          <w:tcPr>
            <w:tcW w:type="dxa" w:w="3572"/>
            <w:vAlign w:val="top"/>
            <w:shd w:val="clear" w:color="auto" w:fill="fbe8ef"/>
            <w:tcBorders>
              <w:top w:val="single" w:sz="24" w:color="d6457c"/>
              <w:left w:val="single" w:sz="24" w:color="d6457c"/>
              <w:bottom w:val="single" w:sz="24" w:color="d6457c"/>
              <w:right w:val="single" w:sz="24" w:color="d6457c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D6457C"/>
                <w:sz w:val="20"/>
                <w:rtl/>
                <w:szCs w:val="20"/>
                <w:bCs/>
              </w:rPr>
              <w:t>🚀 חולמים קדימה  ·  ●●● עמוק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👣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צעד קטן אחד שיעזור לך השבוע להתקרב למשהו שחשוב לך?</w:t>
            </w:r>
          </w:p>
        </w:tc>
      </w:tr>
    </w:tbl>
    <w:p>
      <w:r>
        <w:br w:type="page"/>
      </w:r>
    </w:p>
    <w:p>
      <w:pPr>
        <w:bidi/>
        <w:jc w:val="right"/>
      </w:pPr>
      <w:r>
        <w:rPr>
          <w:rFonts w:ascii="Arial" w:hAnsi="Arial" w:cs="Arial"/>
          <w:b w:val="0"/>
          <w:color w:val="666666"/>
          <w:sz w:val="16"/>
          <w:rtl/>
          <w:szCs w:val="16"/>
        </w:rPr>
        <w:t>דף 4 – גב (דיו חסכונית)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</w:tblPr>
      <w:tblGrid>
        <w:gridCol w:w="3591"/>
        <w:gridCol w:w="3591"/>
        <w:gridCol w:w="3591"/>
      </w:tblGrid>
      <w:tr>
        <w:trPr>
          <w:trHeight w:val="4989" w:hRule="exact"/>
        </w:trPr>
        <w:tc>
          <w:tcPr>
            <w:tcW w:type="dxa" w:w="3572"/>
            <w:vAlign w:val="top"/>
            <w:tcBorders>
              <w:top w:val="single" w:sz="8" w:color="12898b"/>
              <w:left w:val="single" w:sz="8" w:color="12898b"/>
              <w:bottom w:val="single" w:sz="8" w:color="12898b"/>
              <w:right w:val="single" w:sz="8" w:color="12898b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🌦️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12898B"/>
                <w:sz w:val="30"/>
                <w:rtl/>
                <w:szCs w:val="30"/>
                <w:bCs/>
              </w:rPr>
              <w:t>מזג האוויר בלב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12898b"/>
              <w:left w:val="single" w:sz="8" w:color="12898b"/>
              <w:bottom w:val="single" w:sz="8" w:color="12898b"/>
              <w:right w:val="single" w:sz="8" w:color="12898b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🌦️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12898B"/>
                <w:sz w:val="30"/>
                <w:rtl/>
                <w:szCs w:val="30"/>
                <w:bCs/>
              </w:rPr>
              <w:t>מזג האוויר בלב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12898b"/>
              <w:left w:val="single" w:sz="8" w:color="12898b"/>
              <w:bottom w:val="single" w:sz="8" w:color="12898b"/>
              <w:right w:val="single" w:sz="8" w:color="12898b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🌦️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12898B"/>
                <w:sz w:val="30"/>
                <w:rtl/>
                <w:szCs w:val="30"/>
                <w:bCs/>
              </w:rPr>
              <w:t>מזג האוויר בלב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tcBorders>
              <w:top w:val="single" w:sz="8" w:color="d6457c"/>
              <w:left w:val="single" w:sz="8" w:color="d6457c"/>
              <w:bottom w:val="single" w:sz="8" w:color="d6457c"/>
              <w:right w:val="single" w:sz="8" w:color="d6457c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🚀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D6457C"/>
                <w:sz w:val="30"/>
                <w:rtl/>
                <w:szCs w:val="30"/>
                <w:bCs/>
              </w:rPr>
              <w:t>חולמים קדימה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d6457c"/>
              <w:left w:val="single" w:sz="8" w:color="d6457c"/>
              <w:bottom w:val="single" w:sz="8" w:color="d6457c"/>
              <w:right w:val="single" w:sz="8" w:color="d6457c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🚀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D6457C"/>
                <w:sz w:val="30"/>
                <w:rtl/>
                <w:szCs w:val="30"/>
                <w:bCs/>
              </w:rPr>
              <w:t>חולמים קדימה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d6457c"/>
              <w:left w:val="single" w:sz="8" w:color="d6457c"/>
              <w:bottom w:val="single" w:sz="8" w:color="d6457c"/>
              <w:right w:val="single" w:sz="8" w:color="d6457c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🚀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D6457C"/>
                <w:sz w:val="30"/>
                <w:rtl/>
                <w:szCs w:val="30"/>
                <w:bCs/>
              </w:rPr>
              <w:t>חולמים קדימה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tcBorders>
              <w:top w:val="single" w:sz="8" w:color="d6457c"/>
              <w:left w:val="single" w:sz="8" w:color="d6457c"/>
              <w:bottom w:val="single" w:sz="8" w:color="d6457c"/>
              <w:right w:val="single" w:sz="8" w:color="d6457c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🚀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D6457C"/>
                <w:sz w:val="30"/>
                <w:rtl/>
                <w:szCs w:val="30"/>
                <w:bCs/>
              </w:rPr>
              <w:t>חולמים קדימה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d6457c"/>
              <w:left w:val="single" w:sz="8" w:color="d6457c"/>
              <w:bottom w:val="single" w:sz="8" w:color="d6457c"/>
              <w:right w:val="single" w:sz="8" w:color="d6457c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🚀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D6457C"/>
                <w:sz w:val="30"/>
                <w:rtl/>
                <w:szCs w:val="30"/>
                <w:bCs/>
              </w:rPr>
              <w:t>חולמים קדימה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d6457c"/>
              <w:left w:val="single" w:sz="8" w:color="d6457c"/>
              <w:bottom w:val="single" w:sz="8" w:color="d6457c"/>
              <w:right w:val="single" w:sz="8" w:color="d6457c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🚀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D6457C"/>
                <w:sz w:val="30"/>
                <w:rtl/>
                <w:szCs w:val="30"/>
                <w:bCs/>
              </w:rPr>
              <w:t>חולמים קדימה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</w:tr>
    </w:tbl>
    <w:p>
      <w:r>
        <w:br w:type="page"/>
      </w:r>
    </w:p>
    <w:p>
      <w:pPr>
        <w:bidi/>
        <w:jc w:val="right"/>
      </w:pPr>
      <w:r>
        <w:rPr>
          <w:rFonts w:ascii="Arial" w:hAnsi="Arial" w:cs="Arial"/>
          <w:b w:val="0"/>
          <w:color w:val="666666"/>
          <w:sz w:val="16"/>
          <w:rtl/>
          <w:szCs w:val="16"/>
        </w:rPr>
        <w:t>קלפי שיח ליסודי · דף 5 מתוך 5 – חזית · הדפסה דו־צדדית, היפוך בצד הארוך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jc w:val="center"/>
      </w:tblPr>
      <w:tblGrid>
        <w:gridCol w:w="3591"/>
        <w:gridCol w:w="3591"/>
        <w:gridCol w:w="3591"/>
      </w:tblGrid>
      <w:tr>
        <w:trPr>
          <w:trHeight w:val="4989" w:hRule="exact"/>
        </w:trPr>
        <w:tc>
          <w:tcPr>
            <w:tcW w:type="dxa" w:w="3572"/>
            <w:vAlign w:val="top"/>
            <w:shd w:val="clear" w:color="auto" w:fill="f2faf8"/>
            <w:tcBorders>
              <w:top w:val="single" w:sz="24" w:color="0f766e"/>
              <w:left w:val="single" w:sz="24" w:color="0f766e"/>
              <w:bottom w:val="single" w:sz="24" w:color="0f766e"/>
              <w:right w:val="single" w:sz="24" w:color="0f766e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0F766E"/>
                <w:sz w:val="22"/>
                <w:rtl/>
                <w:szCs w:val="22"/>
                <w:bCs/>
              </w:rPr>
              <w:t>🃏 איך משחקים?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1. מתחילים ב״מזג האוויר שלי״.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2. בוחרים צבע ושולפים קלף.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3. נקודה אחת = קליל, שתיים = באמצע, שלוש = עמוק.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4. יש לי 2 כרטיסי דילוג ✋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5. כל כמה קלפים – ״תורי לשאול״ 🔄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6. אין תשובות נכונות 💛</w:t>
            </w:r>
          </w:p>
        </w:tc>
        <w:tc>
          <w:tcPr>
            <w:tcW w:type="dxa" w:w="3572"/>
            <w:vAlign w:val="top"/>
            <w:shd w:val="clear" w:color="auto" w:fill="e4f5f5"/>
            <w:tcBorders>
              <w:top w:val="single" w:sz="24" w:color="12898b"/>
              <w:left w:val="single" w:sz="24" w:color="12898b"/>
              <w:bottom w:val="single" w:sz="24" w:color="12898b"/>
              <w:right w:val="single" w:sz="24" w:color="12898b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12898B"/>
                <w:sz w:val="22"/>
                <w:rtl/>
                <w:szCs w:val="22"/>
                <w:bCs/>
              </w:rPr>
              <w:t>🌦️ מזג האוויר שלי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איך מזג האוויר בלב שלי עכשיו?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☀️ שמש  ⛅ שמש ועננים  ☁️ מעונן  🌧️ גשם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⛈️ סערה  🌫️ ערפל  🌬️ רוח חזקה  🌈 קשת</w:t>
            </w:r>
          </w:p>
        </w:tc>
        <w:tc>
          <w:tcPr>
            <w:tcW w:type="dxa" w:w="3572"/>
            <w:vAlign w:val="top"/>
            <w:shd w:val="clear" w:color="auto" w:fill="fff8e1"/>
            <w:tcBorders>
              <w:top w:val="single" w:sz="24" w:color="c99400"/>
              <w:left w:val="single" w:sz="24" w:color="c99400"/>
              <w:bottom w:val="single" w:sz="24" w:color="c99400"/>
              <w:right w:val="single" w:sz="24" w:color="c99400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C99400"/>
                <w:sz w:val="22"/>
                <w:rtl/>
                <w:szCs w:val="22"/>
                <w:bCs/>
              </w:rPr>
              <w:t>✋ כרטיס דילוג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8"/>
                <w:rtl/>
                <w:szCs w:val="48"/>
              </w:rPr>
              <w:t>✋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אני מדלג/ת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מניחים את הכרטיס על השולחן, בלי להסביר. הקלף חוזר לחפיסה.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shd w:val="clear" w:color="auto" w:fill="fff8e1"/>
            <w:tcBorders>
              <w:top w:val="single" w:sz="24" w:color="c99400"/>
              <w:left w:val="single" w:sz="24" w:color="c99400"/>
              <w:bottom w:val="single" w:sz="24" w:color="c99400"/>
              <w:right w:val="single" w:sz="24" w:color="c99400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C99400"/>
                <w:sz w:val="22"/>
                <w:rtl/>
                <w:szCs w:val="22"/>
                <w:bCs/>
              </w:rPr>
              <w:t>✋ כרטיס דילוג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8"/>
                <w:rtl/>
                <w:szCs w:val="48"/>
              </w:rPr>
              <w:t>✋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אני מדלג/ת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מניחים את הכרטיס על השולחן, בלי להסביר. הקלף חוזר לחפיסה.</w:t>
            </w:r>
          </w:p>
        </w:tc>
        <w:tc>
          <w:tcPr>
            <w:tcW w:type="dxa" w:w="3572"/>
            <w:vAlign w:val="top"/>
            <w:shd w:val="clear" w:color="auto" w:fill="fdeef3"/>
            <w:tcBorders>
              <w:top w:val="single" w:sz="24" w:color="e0245e"/>
              <w:left w:val="single" w:sz="24" w:color="e0245e"/>
              <w:bottom w:val="single" w:sz="24" w:color="e0245e"/>
              <w:right w:val="single" w:sz="24" w:color="e0245e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245E"/>
                <w:sz w:val="22"/>
                <w:rtl/>
                <w:szCs w:val="22"/>
                <w:bCs/>
              </w:rPr>
              <w:t>🔄 תורי לשאול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8"/>
                <w:rtl/>
                <w:szCs w:val="48"/>
              </w:rPr>
              <w:t>🙋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תורי לשאול!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שואלים את המורה שאלה. למשל: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מה אהבת לעשות כשהיית בגיל שלי?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מה משמח אותך בעבודה בבית הספר?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ממה פחדת כשהיית ילד או ילדה?</w:t>
            </w:r>
          </w:p>
        </w:tc>
        <w:tc>
          <w:tcPr>
            <w:tcW w:type="dxa" w:w="3572"/>
            <w:vAlign w:val="top"/>
            <w:shd w:val="clear" w:color="auto" w:fill="fdeef3"/>
            <w:tcBorders>
              <w:top w:val="single" w:sz="24" w:color="e0245e"/>
              <w:left w:val="single" w:sz="24" w:color="e0245e"/>
              <w:bottom w:val="single" w:sz="24" w:color="e0245e"/>
              <w:right w:val="single" w:sz="24" w:color="e0245e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245E"/>
                <w:sz w:val="22"/>
                <w:rtl/>
                <w:szCs w:val="22"/>
                <w:bCs/>
              </w:rPr>
              <w:t>🔄 תורי לשאול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8"/>
                <w:rtl/>
                <w:szCs w:val="48"/>
              </w:rPr>
              <w:t>🙋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תורי לשאול!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שואלים את המורה שאלה. למשל: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מה אהבת לעשות כשהיית בגיל שלי?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מה משמח אותך בעבודה בבית הספר?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ממה פחדת כשהיית ילד או ילדה?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shd w:val="clear" w:color="auto" w:fill="eef2fb"/>
            <w:tcBorders>
              <w:top w:val="single" w:sz="24" w:color="3b6fb6"/>
              <w:left w:val="single" w:sz="24" w:color="3b6fb6"/>
              <w:bottom w:val="single" w:sz="24" w:color="3b6fb6"/>
              <w:right w:val="single" w:sz="24" w:color="3b6fb6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3B6FB6"/>
                <w:sz w:val="22"/>
                <w:rtl/>
                <w:szCs w:val="22"/>
                <w:bCs/>
              </w:rPr>
              <w:t>🌬️ עוצרים רגע – עש״ן ד״ק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✋ עצור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✊ שרירים – מכווצים ומשחררים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🌬️ נשימה איטית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💬 דיבור: ״אני בסדר״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➡️ קדימה</w:t>
            </w:r>
          </w:p>
        </w:tc>
        <w:tc>
          <w:tcPr>
            <w:tcW w:type="dxa" w:w="3572"/>
            <w:vAlign w:val="top"/>
            <w:shd w:val="clear" w:color="auto" w:fill="ffffff"/>
            <w:tcBorders>
              <w:top w:val="single" w:sz="24" w:color="888888"/>
              <w:left w:val="single" w:sz="24" w:color="888888"/>
              <w:bottom w:val="single" w:sz="24" w:color="888888"/>
              <w:right w:val="single" w:sz="24" w:color="888888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88888"/>
                <w:sz w:val="22"/>
                <w:rtl/>
                <w:szCs w:val="22"/>
                <w:bCs/>
              </w:rPr>
              <w:t>✏️ קלף משלנו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כותבים כאן שאלה משלכם: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__________________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__________________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__________________</w:t>
            </w:r>
          </w:p>
        </w:tc>
        <w:tc>
          <w:tcPr>
            <w:tcW w:type="dxa" w:w="3572"/>
            <w:vAlign w:val="top"/>
            <w:shd w:val="clear" w:color="auto" w:fill="ffffff"/>
            <w:tcBorders>
              <w:top w:val="single" w:sz="24" w:color="888888"/>
              <w:left w:val="single" w:sz="24" w:color="888888"/>
              <w:bottom w:val="single" w:sz="24" w:color="888888"/>
              <w:right w:val="single" w:sz="24" w:color="888888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88888"/>
                <w:sz w:val="22"/>
                <w:rtl/>
                <w:szCs w:val="22"/>
                <w:bCs/>
              </w:rPr>
              <w:t>✏️ קלף משלנו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כותבים כאן שאלה משלכם: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__________________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__________________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__________________</w:t>
            </w:r>
          </w:p>
        </w:tc>
      </w:tr>
    </w:tbl>
    <w:p>
      <w:r>
        <w:br w:type="page"/>
      </w:r>
    </w:p>
    <w:p>
      <w:pPr>
        <w:bidi/>
        <w:jc w:val="right"/>
      </w:pPr>
      <w:r>
        <w:rPr>
          <w:rFonts w:ascii="Arial" w:hAnsi="Arial" w:cs="Arial"/>
          <w:b w:val="0"/>
          <w:color w:val="666666"/>
          <w:sz w:val="16"/>
          <w:rtl/>
          <w:szCs w:val="16"/>
        </w:rPr>
        <w:t>דף 5 – גב (דיו חסכונית)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</w:tblPr>
      <w:tblGrid>
        <w:gridCol w:w="3591"/>
        <w:gridCol w:w="3591"/>
        <w:gridCol w:w="3591"/>
      </w:tblGrid>
      <w:tr>
        <w:trPr>
          <w:trHeight w:val="4989" w:hRule="exact"/>
        </w:trPr>
        <w:tc>
          <w:tcPr>
            <w:tcW w:type="dxa" w:w="3572"/>
            <w:vAlign w:val="top"/>
            <w:tcBorders>
              <w:top w:val="single" w:sz="8" w:color="0f766e"/>
              <w:left w:val="single" w:sz="8" w:color="0f766e"/>
              <w:bottom w:val="single" w:sz="8" w:color="0f766e"/>
              <w:right w:val="single" w:sz="8" w:color="0f766e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0F766E"/>
                <w:sz w:val="30"/>
                <w:rtl/>
                <w:szCs w:val="30"/>
                <w:bCs/>
              </w:rPr>
              <w:t>איך משחקים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12898b"/>
              <w:left w:val="single" w:sz="8" w:color="12898b"/>
              <w:bottom w:val="single" w:sz="8" w:color="12898b"/>
              <w:right w:val="single" w:sz="8" w:color="12898b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🌦️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12898B"/>
                <w:sz w:val="30"/>
                <w:rtl/>
                <w:szCs w:val="30"/>
                <w:bCs/>
              </w:rPr>
              <w:t>מזג האוויר שלי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c99400"/>
              <w:left w:val="single" w:sz="8" w:color="c99400"/>
              <w:bottom w:val="single" w:sz="8" w:color="c99400"/>
              <w:right w:val="single" w:sz="8" w:color="c99400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✋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C99400"/>
                <w:sz w:val="30"/>
                <w:rtl/>
                <w:szCs w:val="30"/>
                <w:bCs/>
              </w:rPr>
              <w:t>כרטיס דילוג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tcBorders>
              <w:top w:val="single" w:sz="8" w:color="c99400"/>
              <w:left w:val="single" w:sz="8" w:color="c99400"/>
              <w:bottom w:val="single" w:sz="8" w:color="c99400"/>
              <w:right w:val="single" w:sz="8" w:color="c99400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✋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C99400"/>
                <w:sz w:val="30"/>
                <w:rtl/>
                <w:szCs w:val="30"/>
                <w:bCs/>
              </w:rPr>
              <w:t>כרטיס דילוג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e0245e"/>
              <w:left w:val="single" w:sz="8" w:color="e0245e"/>
              <w:bottom w:val="single" w:sz="8" w:color="e0245e"/>
              <w:right w:val="single" w:sz="8" w:color="e0245e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🔄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245E"/>
                <w:sz w:val="30"/>
                <w:rtl/>
                <w:szCs w:val="30"/>
                <w:bCs/>
              </w:rPr>
              <w:t>תורי לשאול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e0245e"/>
              <w:left w:val="single" w:sz="8" w:color="e0245e"/>
              <w:bottom w:val="single" w:sz="8" w:color="e0245e"/>
              <w:right w:val="single" w:sz="8" w:color="e0245e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🔄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245E"/>
                <w:sz w:val="30"/>
                <w:rtl/>
                <w:szCs w:val="30"/>
                <w:bCs/>
              </w:rPr>
              <w:t>תורי לשאול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tcBorders>
              <w:top w:val="single" w:sz="8" w:color="3b6fb6"/>
              <w:left w:val="single" w:sz="8" w:color="3b6fb6"/>
              <w:bottom w:val="single" w:sz="8" w:color="3b6fb6"/>
              <w:right w:val="single" w:sz="8" w:color="3b6fb6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🌬️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3B6FB6"/>
                <w:sz w:val="30"/>
                <w:rtl/>
                <w:szCs w:val="30"/>
                <w:bCs/>
              </w:rPr>
              <w:t>עוצרים רגע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888888"/>
              <w:left w:val="single" w:sz="8" w:color="888888"/>
              <w:bottom w:val="single" w:sz="8" w:color="888888"/>
              <w:right w:val="single" w:sz="8" w:color="888888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✏️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88888"/>
                <w:sz w:val="30"/>
                <w:rtl/>
                <w:szCs w:val="30"/>
                <w:bCs/>
              </w:rPr>
              <w:t>קלף משלנו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888888"/>
              <w:left w:val="single" w:sz="8" w:color="888888"/>
              <w:bottom w:val="single" w:sz="8" w:color="888888"/>
              <w:right w:val="single" w:sz="8" w:color="888888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✏️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88888"/>
                <w:sz w:val="30"/>
                <w:rtl/>
                <w:szCs w:val="30"/>
                <w:bCs/>
              </w:rPr>
              <w:t>קלף משלנו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</w:tr>
    </w:tbl>
    <w:sectPr w:rsidR="00FC693F" w:rsidRPr="0006063C" w:rsidSect="00034616">
      <w:pgSz w:w="11906" w:h="16838"/>
      <w:pgMar w:top="567" w:right="567" w:bottom="567" w:left="56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